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94"/>
      </w:tblGrid>
      <w:tr w:rsidR="003C774F" w14:paraId="53EEE8BA" w14:textId="77777777">
        <w:trPr>
          <w:jc w:val="center"/>
        </w:trPr>
        <w:tc>
          <w:tcPr>
            <w:tcW w:w="9994" w:type="dxa"/>
            <w:shd w:val="clear" w:color="auto" w:fill="F4F6F8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7C1F32DB" w14:textId="77777777" w:rsidR="003C774F" w:rsidRDefault="00000000">
            <w:r>
              <w:rPr>
                <w:b/>
              </w:rPr>
              <w:t xml:space="preserve">Adresat: </w:t>
            </w:r>
            <w:r>
              <w:t>ARSEN spółka z ograniczoną odpowiedzialnością spółka komandytowa, ul. J. Kilińskiego 8–10, 98-220 Zduńska Wola; sklep@arsen.pl</w:t>
            </w:r>
          </w:p>
        </w:tc>
      </w:tr>
    </w:tbl>
    <w:p w14:paraId="0F631A70" w14:textId="77777777" w:rsidR="003C774F" w:rsidRDefault="00000000">
      <w:pPr>
        <w:spacing w:before="360" w:after="160"/>
      </w:pPr>
      <w:r>
        <w:t>Niniejszym informuję o odstąpieniu od umowy sprzedaży następującego towaru lub następujących towarów:</w:t>
      </w:r>
    </w:p>
    <w:p w14:paraId="1EE24567" w14:textId="77777777" w:rsidR="00AE0212" w:rsidRDefault="00000000">
      <w:pPr>
        <w:spacing w:after="320"/>
      </w:pPr>
      <w:r>
        <w:t>..........................................................................................................................</w:t>
      </w:r>
    </w:p>
    <w:p w14:paraId="67F9FF9F" w14:textId="420A4412" w:rsidR="003C774F" w:rsidRDefault="00AE0212">
      <w:pPr>
        <w:spacing w:after="320"/>
      </w:pPr>
      <w:r>
        <w:t>..........................................................................................................................</w:t>
      </w:r>
    </w:p>
    <w:p w14:paraId="0DFF3EAA" w14:textId="77777777" w:rsidR="00AE0212" w:rsidRDefault="00AE0212" w:rsidP="00AE0212">
      <w:pPr>
        <w:spacing w:after="320"/>
      </w:pPr>
      <w:r>
        <w:t>..........................................................................................................................</w:t>
      </w:r>
    </w:p>
    <w:p w14:paraId="5126699C" w14:textId="698D323E" w:rsidR="00AE0212" w:rsidRDefault="00AE0212">
      <w:pPr>
        <w:spacing w:after="320"/>
      </w:pPr>
      <w:r>
        <w:t>..........................................................................................................................</w:t>
      </w:r>
    </w:p>
    <w:p w14:paraId="7CD054CB" w14:textId="77777777" w:rsidR="003C774F" w:rsidRDefault="00000000">
      <w:pPr>
        <w:spacing w:after="240"/>
      </w:pPr>
      <w:r>
        <w:rPr>
          <w:b/>
        </w:rPr>
        <w:t>Data zamówienia / odbioru:</w:t>
      </w:r>
      <w:r>
        <w:t xml:space="preserve"> ....................................................................................</w:t>
      </w:r>
    </w:p>
    <w:p w14:paraId="5F51EE60" w14:textId="77777777" w:rsidR="003C774F" w:rsidRDefault="00000000">
      <w:pPr>
        <w:spacing w:after="240"/>
      </w:pPr>
      <w:r>
        <w:rPr>
          <w:b/>
        </w:rPr>
        <w:t>Imię i nazwisko:</w:t>
      </w:r>
      <w:r>
        <w:t xml:space="preserve"> ........................................................................................................</w:t>
      </w:r>
    </w:p>
    <w:p w14:paraId="6532B1D0" w14:textId="77777777" w:rsidR="003C774F" w:rsidRDefault="00000000">
      <w:pPr>
        <w:spacing w:after="240"/>
      </w:pPr>
      <w:r>
        <w:rPr>
          <w:b/>
        </w:rPr>
        <w:t>Adres:</w:t>
      </w:r>
      <w:r>
        <w:t xml:space="preserve"> .......................................................................................................................</w:t>
      </w:r>
    </w:p>
    <w:p w14:paraId="64DC69B4" w14:textId="77777777" w:rsidR="003C774F" w:rsidRDefault="00000000">
      <w:pPr>
        <w:spacing w:after="240"/>
      </w:pPr>
      <w:r>
        <w:rPr>
          <w:b/>
        </w:rPr>
        <w:t>Numer zamówienia (jeśli znany):</w:t>
      </w:r>
      <w:r>
        <w:t xml:space="preserve"> .............................................................................</w:t>
      </w:r>
    </w:p>
    <w:p w14:paraId="76D002DE" w14:textId="245B8ED6" w:rsidR="003C774F" w:rsidRDefault="00000000">
      <w:pPr>
        <w:spacing w:before="160" w:after="400"/>
      </w:pPr>
      <w:r>
        <w:rPr>
          <w:b/>
        </w:rPr>
        <w:t xml:space="preserve">Data: </w:t>
      </w:r>
      <w:r>
        <w:t xml:space="preserve">..................................     </w:t>
      </w:r>
      <w:r w:rsidR="00AE0212">
        <w:br/>
      </w:r>
      <w:r w:rsidR="00AE0212">
        <w:br/>
      </w:r>
      <w:proofErr w:type="spellStart"/>
      <w:r>
        <w:rPr>
          <w:b/>
        </w:rPr>
        <w:t>Podpis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tylko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gdy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formularz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wysyłany</w:t>
      </w:r>
      <w:proofErr w:type="spellEnd"/>
      <w:r>
        <w:rPr>
          <w:b/>
        </w:rPr>
        <w:t xml:space="preserve"> jest na papierze):</w:t>
      </w:r>
      <w:r>
        <w:t xml:space="preserve"> ..................................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94"/>
      </w:tblGrid>
      <w:tr w:rsidR="003C774F" w14:paraId="2F75BEAC" w14:textId="77777777">
        <w:trPr>
          <w:jc w:val="center"/>
        </w:trPr>
        <w:tc>
          <w:tcPr>
            <w:tcW w:w="9994" w:type="dxa"/>
            <w:shd w:val="clear" w:color="auto" w:fill="FAFAFA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250AEEBE" w14:textId="77777777" w:rsidR="003C774F" w:rsidRDefault="00000000">
            <w:r>
              <w:rPr>
                <w:i/>
                <w:sz w:val="20"/>
              </w:rPr>
              <w:t>Skorzystanie z tego wzoru nie jest obowiązkowe. Do odstąpienia wystarczy jednoznaczne oświadczenie przesłane Sprzedawcy przed upływem terminu.</w:t>
            </w:r>
          </w:p>
        </w:tc>
      </w:tr>
    </w:tbl>
    <w:p w14:paraId="5320A98B" w14:textId="77777777" w:rsidR="00EE570D" w:rsidRDefault="00EE570D"/>
    <w:sectPr w:rsidR="00EE570D" w:rsidSect="00034616">
      <w:pgSz w:w="12240" w:h="15840"/>
      <w:pgMar w:top="1008" w:right="1123" w:bottom="1008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4609622">
    <w:abstractNumId w:val="8"/>
  </w:num>
  <w:num w:numId="2" w16cid:durableId="2054037770">
    <w:abstractNumId w:val="6"/>
  </w:num>
  <w:num w:numId="3" w16cid:durableId="793327166">
    <w:abstractNumId w:val="5"/>
  </w:num>
  <w:num w:numId="4" w16cid:durableId="1524634167">
    <w:abstractNumId w:val="4"/>
  </w:num>
  <w:num w:numId="5" w16cid:durableId="1451511825">
    <w:abstractNumId w:val="7"/>
  </w:num>
  <w:num w:numId="6" w16cid:durableId="2132430931">
    <w:abstractNumId w:val="3"/>
  </w:num>
  <w:num w:numId="7" w16cid:durableId="1116406015">
    <w:abstractNumId w:val="2"/>
  </w:num>
  <w:num w:numId="8" w16cid:durableId="1104960288">
    <w:abstractNumId w:val="1"/>
  </w:num>
  <w:num w:numId="9" w16cid:durableId="765224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3761"/>
    <w:rsid w:val="0029639D"/>
    <w:rsid w:val="00326F90"/>
    <w:rsid w:val="003C774F"/>
    <w:rsid w:val="00AA1D8D"/>
    <w:rsid w:val="00AE0212"/>
    <w:rsid w:val="00B47730"/>
    <w:rsid w:val="00CB0664"/>
    <w:rsid w:val="00EE57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0B46D3"/>
  <w14:defaultImageDpi w14:val="300"/>
  <w15:docId w15:val="{280D2893-3A05-4F1F-895E-8A5F88CC0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59" w:lineRule="auto"/>
    </w:pPr>
    <w:rPr>
      <w:rFonts w:ascii="Aptos" w:hAnsi="Apto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user4 Sklep</cp:lastModifiedBy>
  <cp:revision>2</cp:revision>
  <dcterms:created xsi:type="dcterms:W3CDTF">2013-12-23T23:15:00Z</dcterms:created>
  <dcterms:modified xsi:type="dcterms:W3CDTF">2026-09-23T12:47:00Z</dcterms:modified>
  <cp:category/>
</cp:coreProperties>
</file>